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498" w:rsidRPr="000D4498" w:rsidRDefault="000D4498" w:rsidP="00E768D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</w:rPr>
      </w:pPr>
      <w:r w:rsidRPr="000D4498">
        <w:rPr>
          <w:rFonts w:asciiTheme="majorBidi" w:hAnsiTheme="majorBidi" w:cstheme="majorBidi"/>
          <w:b/>
          <w:bCs/>
          <w:color w:val="000000"/>
        </w:rPr>
        <w:t xml:space="preserve">Financial </w:t>
      </w:r>
      <w:r w:rsidR="00E768D8">
        <w:rPr>
          <w:rFonts w:asciiTheme="majorBidi" w:hAnsiTheme="majorBidi" w:cstheme="majorBidi"/>
          <w:b/>
          <w:bCs/>
          <w:color w:val="000000"/>
        </w:rPr>
        <w:t>Offer</w:t>
      </w:r>
      <w:r w:rsidRPr="000D4498">
        <w:rPr>
          <w:rFonts w:asciiTheme="majorBidi" w:hAnsiTheme="majorBidi" w:cstheme="majorBidi"/>
          <w:b/>
          <w:bCs/>
          <w:color w:val="000000"/>
        </w:rPr>
        <w:t xml:space="preserve"> </w:t>
      </w:r>
    </w:p>
    <w:p w:rsidR="000D4498" w:rsidRPr="000D4498" w:rsidRDefault="00E768D8" w:rsidP="000D449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</w:rPr>
      </w:pPr>
      <w:r>
        <w:rPr>
          <w:rFonts w:asciiTheme="majorBidi" w:hAnsiTheme="majorBidi" w:cstheme="majorBidi"/>
          <w:color w:val="000000"/>
        </w:rPr>
        <w:t>Quotation</w:t>
      </w:r>
      <w:r w:rsidR="000D4498" w:rsidRPr="000D4498">
        <w:rPr>
          <w:rFonts w:asciiTheme="majorBidi" w:hAnsiTheme="majorBidi" w:cstheme="majorBidi"/>
          <w:color w:val="000000"/>
        </w:rPr>
        <w:t xml:space="preserve"> No.: </w:t>
      </w:r>
      <w:r>
        <w:rPr>
          <w:rFonts w:asciiTheme="majorBidi" w:hAnsiTheme="majorBidi" w:cstheme="majorBidi"/>
          <w:b/>
          <w:bCs/>
          <w:color w:val="000000"/>
        </w:rPr>
        <w:t>PR-01</w:t>
      </w:r>
    </w:p>
    <w:p w:rsidR="007C7F8A" w:rsidRDefault="00E768D8" w:rsidP="007C7F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Date: Day/month/2026</w:t>
      </w:r>
    </w:p>
    <w:p w:rsidR="007C7F8A" w:rsidRDefault="007C7F8A" w:rsidP="007C7F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Company Name: </w:t>
      </w:r>
    </w:p>
    <w:p w:rsidR="00E768D8" w:rsidRDefault="00E768D8" w:rsidP="000D449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</w:p>
    <w:p w:rsidR="00E768D8" w:rsidRPr="000D4498" w:rsidRDefault="00E768D8" w:rsidP="000D449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663"/>
        <w:gridCol w:w="1599"/>
        <w:gridCol w:w="1599"/>
        <w:gridCol w:w="1599"/>
        <w:gridCol w:w="1600"/>
      </w:tblGrid>
      <w:tr w:rsidR="000D4498" w:rsidRPr="000D4498" w:rsidTr="00E768D8">
        <w:tc>
          <w:tcPr>
            <w:tcW w:w="535" w:type="dxa"/>
          </w:tcPr>
          <w:p w:rsidR="000D4498" w:rsidRPr="000D4498" w:rsidRDefault="000D4498" w:rsidP="000D449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D4498">
              <w:rPr>
                <w:rFonts w:asciiTheme="majorBidi" w:hAnsiTheme="majorBidi" w:cstheme="majorBidi"/>
                <w:b/>
                <w:bCs/>
                <w:color w:val="000000"/>
              </w:rPr>
              <w:t>No</w:t>
            </w:r>
          </w:p>
        </w:tc>
        <w:tc>
          <w:tcPr>
            <w:tcW w:w="2663" w:type="dxa"/>
          </w:tcPr>
          <w:p w:rsidR="000D4498" w:rsidRPr="000D4498" w:rsidRDefault="000D4498" w:rsidP="000D449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D4498">
              <w:rPr>
                <w:rFonts w:asciiTheme="majorBidi" w:hAnsiTheme="majorBidi" w:cstheme="majorBidi"/>
                <w:b/>
                <w:bCs/>
                <w:color w:val="000000"/>
              </w:rPr>
              <w:t>Description</w:t>
            </w:r>
          </w:p>
        </w:tc>
        <w:tc>
          <w:tcPr>
            <w:tcW w:w="1599" w:type="dxa"/>
          </w:tcPr>
          <w:p w:rsidR="000D4498" w:rsidRPr="000D4498" w:rsidRDefault="000D4498" w:rsidP="000D449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D4498">
              <w:rPr>
                <w:rFonts w:asciiTheme="majorBidi" w:hAnsiTheme="majorBidi" w:cstheme="majorBidi"/>
                <w:b/>
                <w:bCs/>
                <w:color w:val="000000"/>
              </w:rPr>
              <w:t>Unit</w:t>
            </w:r>
          </w:p>
        </w:tc>
        <w:tc>
          <w:tcPr>
            <w:tcW w:w="1599" w:type="dxa"/>
          </w:tcPr>
          <w:p w:rsidR="000D4498" w:rsidRPr="000D4498" w:rsidRDefault="000D4498" w:rsidP="000D449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D4498">
              <w:rPr>
                <w:rFonts w:asciiTheme="majorBidi" w:hAnsiTheme="majorBidi" w:cstheme="majorBidi"/>
                <w:b/>
                <w:bCs/>
                <w:color w:val="000000"/>
              </w:rPr>
              <w:t>Quantity</w:t>
            </w:r>
          </w:p>
        </w:tc>
        <w:tc>
          <w:tcPr>
            <w:tcW w:w="1599" w:type="dxa"/>
          </w:tcPr>
          <w:p w:rsidR="000D4498" w:rsidRPr="000D4498" w:rsidRDefault="000D4498" w:rsidP="000D449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D4498">
              <w:rPr>
                <w:rFonts w:asciiTheme="majorBidi" w:hAnsiTheme="majorBidi" w:cstheme="majorBidi"/>
                <w:b/>
                <w:bCs/>
                <w:color w:val="000000"/>
              </w:rPr>
              <w:t>Unit cost (USD)</w:t>
            </w:r>
          </w:p>
        </w:tc>
        <w:tc>
          <w:tcPr>
            <w:tcW w:w="1600" w:type="dxa"/>
          </w:tcPr>
          <w:p w:rsidR="000D4498" w:rsidRPr="000D4498" w:rsidRDefault="000D4498" w:rsidP="000D449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D4498">
              <w:rPr>
                <w:rFonts w:asciiTheme="majorBidi" w:hAnsiTheme="majorBidi" w:cstheme="majorBidi"/>
                <w:b/>
                <w:bCs/>
                <w:color w:val="000000"/>
              </w:rPr>
              <w:t>Total Amount</w:t>
            </w:r>
          </w:p>
        </w:tc>
      </w:tr>
      <w:tr w:rsidR="000D4498" w:rsidRPr="000D4498" w:rsidTr="00E768D8">
        <w:trPr>
          <w:trHeight w:val="575"/>
        </w:trPr>
        <w:tc>
          <w:tcPr>
            <w:tcW w:w="535" w:type="dxa"/>
          </w:tcPr>
          <w:p w:rsidR="000D4498" w:rsidRPr="000D4498" w:rsidRDefault="00E768D8" w:rsidP="000D449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2663" w:type="dxa"/>
          </w:tcPr>
          <w:p w:rsidR="000D4498" w:rsidRPr="000D4498" w:rsidRDefault="00E768D8" w:rsidP="00E768D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Desirox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 mg Tablets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Cipla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Company</w:t>
            </w:r>
          </w:p>
        </w:tc>
        <w:tc>
          <w:tcPr>
            <w:tcW w:w="1599" w:type="dxa"/>
          </w:tcPr>
          <w:p w:rsidR="000D4498" w:rsidRPr="000D4498" w:rsidRDefault="00E768D8" w:rsidP="00E768D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Box</w:t>
            </w:r>
          </w:p>
        </w:tc>
        <w:tc>
          <w:tcPr>
            <w:tcW w:w="1599" w:type="dxa"/>
          </w:tcPr>
          <w:p w:rsidR="000D4498" w:rsidRPr="000D4498" w:rsidRDefault="00E768D8" w:rsidP="00E768D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100</w:t>
            </w:r>
          </w:p>
        </w:tc>
        <w:tc>
          <w:tcPr>
            <w:tcW w:w="1599" w:type="dxa"/>
          </w:tcPr>
          <w:p w:rsidR="000D4498" w:rsidRPr="000D4498" w:rsidRDefault="000D4498" w:rsidP="00E768D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600" w:type="dxa"/>
          </w:tcPr>
          <w:p w:rsidR="000D4498" w:rsidRPr="000D4498" w:rsidRDefault="000D4498" w:rsidP="00E768D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0D4498" w:rsidRPr="000D4498" w:rsidTr="00C324AF">
        <w:tc>
          <w:tcPr>
            <w:tcW w:w="9595" w:type="dxa"/>
            <w:gridSpan w:val="6"/>
          </w:tcPr>
          <w:p w:rsidR="000D4498" w:rsidRPr="000D4498" w:rsidRDefault="000D4498" w:rsidP="000D449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0D4498">
              <w:rPr>
                <w:rFonts w:asciiTheme="majorBidi" w:hAnsiTheme="majorBidi" w:cstheme="majorBidi"/>
                <w:color w:val="000000"/>
              </w:rPr>
              <w:t>Grand Total</w:t>
            </w:r>
          </w:p>
          <w:p w:rsidR="000D4498" w:rsidRPr="000D4498" w:rsidRDefault="000D4498" w:rsidP="000D449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0D4498">
              <w:rPr>
                <w:rFonts w:asciiTheme="majorBidi" w:hAnsiTheme="majorBidi" w:cstheme="majorBidi"/>
                <w:color w:val="000000"/>
              </w:rPr>
              <w:t>•Including all taxes according to the income tax manual of the Ministry of Finance; the government of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0D4498">
              <w:rPr>
                <w:rFonts w:asciiTheme="majorBidi" w:hAnsiTheme="majorBidi" w:cstheme="majorBidi"/>
                <w:color w:val="000000"/>
              </w:rPr>
              <w:t>Afghanistan and delivery fee</w:t>
            </w:r>
          </w:p>
          <w:p w:rsidR="000D4498" w:rsidRPr="000D4498" w:rsidRDefault="000D4498" w:rsidP="000D449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0D4498" w:rsidRPr="000D4498" w:rsidTr="000D4498">
        <w:trPr>
          <w:trHeight w:val="602"/>
        </w:trPr>
        <w:tc>
          <w:tcPr>
            <w:tcW w:w="4797" w:type="dxa"/>
            <w:gridSpan w:val="3"/>
          </w:tcPr>
          <w:p w:rsidR="00E768D8" w:rsidRPr="000D4498" w:rsidRDefault="00E768D8" w:rsidP="00C85AA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0D4498">
              <w:rPr>
                <w:rFonts w:asciiTheme="majorBidi" w:hAnsiTheme="majorBidi" w:cstheme="majorBidi"/>
                <w:color w:val="000000"/>
              </w:rPr>
              <w:t>Total Cost</w:t>
            </w:r>
            <w:r w:rsidR="00F713EE">
              <w:rPr>
                <w:rFonts w:asciiTheme="majorBidi" w:hAnsiTheme="majorBidi" w:cstheme="majorBidi"/>
                <w:color w:val="000000"/>
              </w:rPr>
              <w:t xml:space="preserve"> for 12 Months</w:t>
            </w:r>
          </w:p>
          <w:p w:rsidR="000D4498" w:rsidRPr="000D4498" w:rsidRDefault="000D4498" w:rsidP="000D449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4798" w:type="dxa"/>
            <w:gridSpan w:val="3"/>
          </w:tcPr>
          <w:p w:rsidR="000D4498" w:rsidRPr="000D4498" w:rsidRDefault="000D4498" w:rsidP="000D449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E768D8" w:rsidRPr="000D4498" w:rsidTr="00C805D5">
        <w:tc>
          <w:tcPr>
            <w:tcW w:w="4797" w:type="dxa"/>
            <w:gridSpan w:val="3"/>
          </w:tcPr>
          <w:p w:rsidR="00E768D8" w:rsidRDefault="00E768D8" w:rsidP="00E768D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Total price in Words</w:t>
            </w:r>
          </w:p>
          <w:p w:rsidR="00E768D8" w:rsidRPr="000D4498" w:rsidRDefault="00E768D8" w:rsidP="00E768D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4798" w:type="dxa"/>
            <w:gridSpan w:val="3"/>
          </w:tcPr>
          <w:p w:rsidR="00E768D8" w:rsidRPr="000D4498" w:rsidRDefault="00E768D8" w:rsidP="000D449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:rsidR="000D4498" w:rsidRPr="000D4498" w:rsidRDefault="000D4498" w:rsidP="000D449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</w:p>
    <w:p w:rsidR="00E768D8" w:rsidRDefault="00E768D8" w:rsidP="000D4498">
      <w:pPr>
        <w:rPr>
          <w:rFonts w:asciiTheme="majorBidi" w:hAnsiTheme="majorBidi" w:cstheme="majorBidi"/>
          <w:color w:val="000000"/>
        </w:rPr>
      </w:pPr>
    </w:p>
    <w:p w:rsidR="001B5126" w:rsidRPr="000D4498" w:rsidRDefault="000D4498" w:rsidP="006C1CED">
      <w:pPr>
        <w:rPr>
          <w:rFonts w:asciiTheme="majorBidi" w:hAnsiTheme="majorBidi" w:cstheme="majorBidi"/>
          <w:rtl/>
        </w:rPr>
      </w:pPr>
      <w:r w:rsidRPr="000D4498">
        <w:rPr>
          <w:rFonts w:asciiTheme="majorBidi" w:hAnsiTheme="majorBidi" w:cstheme="majorBidi"/>
          <w:color w:val="000000"/>
        </w:rPr>
        <w:t xml:space="preserve">Signature &amp; Stamp: ............................ </w:t>
      </w:r>
      <w:r w:rsidR="00E768D8">
        <w:rPr>
          <w:rFonts w:asciiTheme="majorBidi" w:hAnsiTheme="majorBidi" w:cstheme="majorBidi"/>
          <w:color w:val="000000"/>
        </w:rPr>
        <w:t xml:space="preserve">                   </w:t>
      </w:r>
      <w:r w:rsidRPr="000D4498">
        <w:rPr>
          <w:rFonts w:asciiTheme="majorBidi" w:hAnsiTheme="majorBidi" w:cstheme="majorBidi"/>
          <w:color w:val="000000"/>
        </w:rPr>
        <w:t xml:space="preserve">Position: </w:t>
      </w:r>
      <w:bookmarkStart w:id="0" w:name="_GoBack"/>
      <w:bookmarkEnd w:id="0"/>
    </w:p>
    <w:sectPr w:rsidR="001B5126" w:rsidRPr="000D4498" w:rsidSect="0009155A">
      <w:headerReference w:type="default" r:id="rId8"/>
      <w:footerReference w:type="default" r:id="rId9"/>
      <w:pgSz w:w="11909" w:h="16834"/>
      <w:pgMar w:top="576" w:right="1152" w:bottom="576" w:left="1152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F12" w:rsidRDefault="00DC4F12">
      <w:pPr>
        <w:spacing w:after="0" w:line="240" w:lineRule="auto"/>
      </w:pPr>
      <w:r>
        <w:separator/>
      </w:r>
    </w:p>
  </w:endnote>
  <w:endnote w:type="continuationSeparator" w:id="0">
    <w:p w:rsidR="00DC4F12" w:rsidRDefault="00DC4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 Nazanin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C06" w:rsidRDefault="00952C06">
    <w:pPr>
      <w:pStyle w:val="Foot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9605"/>
    </w:tblGrid>
    <w:tr w:rsidR="00952C06" w:rsidTr="0009155A">
      <w:trPr>
        <w:trHeight w:hRule="exact" w:val="290"/>
        <w:jc w:val="center"/>
      </w:trPr>
      <w:tc>
        <w:tcPr>
          <w:tcW w:w="9605" w:type="dxa"/>
          <w:shd w:val="clear" w:color="auto" w:fill="721121"/>
          <w:tcMar>
            <w:top w:w="20" w:type="dxa"/>
            <w:left w:w="0" w:type="dxa"/>
            <w:bottom w:w="20" w:type="dxa"/>
            <w:right w:w="0" w:type="dxa"/>
          </w:tcMar>
        </w:tcPr>
        <w:p w:rsidR="00952C06" w:rsidRDefault="00952C06"/>
      </w:tc>
    </w:tr>
    <w:tr w:rsidR="00952C06">
      <w:trPr>
        <w:jc w:val="center"/>
      </w:trPr>
      <w:tc>
        <w:tcPr>
          <w:tcW w:w="9605" w:type="dxa"/>
          <w:shd w:val="clear" w:color="auto" w:fill="FAFAFA"/>
          <w:tcMar>
            <w:top w:w="140" w:type="dxa"/>
            <w:left w:w="150" w:type="dxa"/>
            <w:bottom w:w="140" w:type="dxa"/>
            <w:right w:w="150" w:type="dxa"/>
          </w:tcMar>
        </w:tcPr>
        <w:p w:rsidR="00952C06" w:rsidRPr="00F95E32" w:rsidRDefault="0009155A" w:rsidP="00D446B0">
          <w:pPr>
            <w:bidi/>
            <w:jc w:val="center"/>
          </w:pPr>
          <w:r>
            <w:rPr>
              <w:rFonts w:ascii="B Nazanin" w:hAnsi="B Nazanin" w:cs="B Nazanin" w:hint="cs"/>
              <w:color w:val="3C3C3C"/>
              <w:sz w:val="19"/>
              <w:szCs w:val="19"/>
              <w:rtl/>
              <w:lang w:bidi="prs-AF"/>
            </w:rPr>
            <w:t>آدرس</w:t>
          </w:r>
          <w:r w:rsidR="00641FAA">
            <w:rPr>
              <w:rFonts w:ascii="B Nazanin" w:hAnsi="B Nazanin"/>
              <w:color w:val="3C3C3C"/>
              <w:sz w:val="19"/>
            </w:rPr>
            <w:t xml:space="preserve">: </w:t>
          </w:r>
          <w:r>
            <w:rPr>
              <w:rFonts w:ascii="B Nazanin" w:hAnsi="B Nazanin" w:cs="B Nazanin" w:hint="cs"/>
              <w:color w:val="3C3C3C"/>
              <w:sz w:val="19"/>
              <w:szCs w:val="19"/>
              <w:rtl/>
            </w:rPr>
            <w:t>مزارشریف</w:t>
          </w:r>
          <w:r w:rsidR="00641FAA">
            <w:rPr>
              <w:rFonts w:ascii="B Nazanin" w:hAnsi="B Nazanin" w:cs="B Nazanin"/>
              <w:color w:val="3C3C3C"/>
              <w:sz w:val="19"/>
              <w:szCs w:val="19"/>
              <w:rtl/>
            </w:rPr>
            <w:t>،</w:t>
          </w:r>
          <w:r w:rsidR="00641FAA">
            <w:rPr>
              <w:rFonts w:ascii="B Nazanin" w:hAnsi="B Nazanin"/>
              <w:color w:val="3C3C3C"/>
              <w:sz w:val="19"/>
            </w:rPr>
            <w:t xml:space="preserve"> </w:t>
          </w:r>
          <w:r>
            <w:rPr>
              <w:rFonts w:ascii="B Nazanin" w:hAnsi="B Nazanin" w:cs="B Nazanin" w:hint="cs"/>
              <w:color w:val="3C3C3C"/>
              <w:sz w:val="19"/>
              <w:szCs w:val="19"/>
              <w:rtl/>
            </w:rPr>
            <w:t>ناحیه 9</w:t>
          </w:r>
          <w:r w:rsidR="00641FAA">
            <w:rPr>
              <w:rFonts w:ascii="B Nazanin" w:hAnsi="B Nazanin" w:cs="B Nazanin"/>
              <w:color w:val="3C3C3C"/>
              <w:sz w:val="19"/>
              <w:szCs w:val="19"/>
              <w:rtl/>
            </w:rPr>
            <w:t>،</w:t>
          </w:r>
          <w:r w:rsidR="00641FAA">
            <w:rPr>
              <w:rFonts w:ascii="B Nazanin" w:hAnsi="B Nazanin"/>
              <w:color w:val="3C3C3C"/>
              <w:sz w:val="19"/>
            </w:rPr>
            <w:t xml:space="preserve"> </w:t>
          </w:r>
          <w:r>
            <w:rPr>
              <w:rFonts w:ascii="B Nazanin" w:hAnsi="B Nazanin" w:cs="B Nazanin" w:hint="cs"/>
              <w:color w:val="3C3C3C"/>
              <w:sz w:val="19"/>
              <w:szCs w:val="19"/>
              <w:rtl/>
            </w:rPr>
            <w:t>سرک حلقوی</w:t>
          </w:r>
          <w:r w:rsidR="00D446B0">
            <w:rPr>
              <w:rFonts w:cs="B Nazanin"/>
              <w:color w:val="3C3C3C"/>
              <w:sz w:val="19"/>
              <w:szCs w:val="19"/>
            </w:rPr>
            <w:t xml:space="preserve"> </w:t>
          </w:r>
          <w:r w:rsidR="00D446B0">
            <w:rPr>
              <w:rFonts w:ascii="B Nazanin" w:hAnsi="B Nazanin" w:cs="B Nazanin"/>
              <w:color w:val="3C3C3C"/>
              <w:sz w:val="19"/>
              <w:szCs w:val="19"/>
            </w:rPr>
            <w:t>40</w:t>
          </w:r>
          <w:r w:rsidR="00D446B0">
            <w:rPr>
              <w:rFonts w:ascii="B Nazanin" w:hAnsi="B Nazanin" w:cs="B Nazanin" w:hint="cs"/>
              <w:color w:val="3C3C3C"/>
              <w:sz w:val="19"/>
              <w:szCs w:val="19"/>
              <w:rtl/>
              <w:lang w:bidi="prs-AF"/>
            </w:rPr>
            <w:t xml:space="preserve">متره </w:t>
          </w:r>
          <w:r>
            <w:rPr>
              <w:rFonts w:ascii="B Nazanin" w:hAnsi="B Nazanin" w:cs="B Nazanin" w:hint="cs"/>
              <w:color w:val="3C3C3C"/>
              <w:sz w:val="19"/>
              <w:szCs w:val="19"/>
              <w:rtl/>
            </w:rPr>
            <w:t>مسجد سفید</w:t>
          </w:r>
          <w:r w:rsidR="00641FAA">
            <w:rPr>
              <w:rFonts w:ascii="B Nazanin" w:hAnsi="B Nazanin" w:cs="B Nazanin"/>
              <w:color w:val="3C3C3C"/>
              <w:sz w:val="19"/>
              <w:szCs w:val="19"/>
              <w:rtl/>
            </w:rPr>
            <w:t>،</w:t>
          </w:r>
          <w:r w:rsidR="00641FAA">
            <w:rPr>
              <w:rFonts w:ascii="B Nazanin" w:hAnsi="B Nazanin"/>
              <w:color w:val="3C3C3C"/>
              <w:sz w:val="19"/>
            </w:rPr>
            <w:t xml:space="preserve"> </w:t>
          </w:r>
          <w:r>
            <w:rPr>
              <w:rFonts w:ascii="B Nazanin" w:hAnsi="B Nazanin" w:cs="B Nazanin" w:hint="cs"/>
              <w:color w:val="3C3C3C"/>
              <w:sz w:val="19"/>
              <w:szCs w:val="19"/>
              <w:rtl/>
            </w:rPr>
            <w:t>خانه نمبر 166</w:t>
          </w:r>
          <w:r w:rsidR="00641FAA">
            <w:rPr>
              <w:rFonts w:ascii="B Nazanin" w:hAnsi="B Nazanin"/>
              <w:color w:val="3C3C3C"/>
              <w:sz w:val="19"/>
            </w:rPr>
            <w:br/>
          </w:r>
          <w:r w:rsidR="00641FAA">
            <w:rPr>
              <w:rFonts w:ascii="B Nazanin" w:hAnsi="B Nazanin" w:cs="B Nazanin"/>
              <w:color w:val="3C3C3C"/>
              <w:sz w:val="19"/>
              <w:szCs w:val="19"/>
              <w:rtl/>
            </w:rPr>
            <w:t>تلفن</w:t>
          </w:r>
          <w:r w:rsidR="00641FAA">
            <w:rPr>
              <w:rFonts w:ascii="B Nazanin" w:hAnsi="B Nazanin"/>
              <w:color w:val="3C3C3C"/>
              <w:sz w:val="19"/>
            </w:rPr>
            <w:t xml:space="preserve">: </w:t>
          </w:r>
          <w:r>
            <w:rPr>
              <w:rFonts w:ascii="B Nazanin" w:hAnsi="B Nazanin" w:cs="B Nazanin" w:hint="cs"/>
              <w:color w:val="3C3C3C"/>
              <w:sz w:val="19"/>
              <w:szCs w:val="19"/>
              <w:rtl/>
            </w:rPr>
            <w:t>7</w:t>
          </w:r>
          <w:r w:rsidR="005D1FEB">
            <w:rPr>
              <w:rFonts w:ascii="B Nazanin" w:hAnsi="B Nazanin" w:cs="B Nazanin" w:hint="cs"/>
              <w:color w:val="3C3C3C"/>
              <w:sz w:val="19"/>
              <w:szCs w:val="19"/>
              <w:rtl/>
            </w:rPr>
            <w:t>99413417</w:t>
          </w:r>
          <w:r w:rsidR="00641FAA">
            <w:rPr>
              <w:rFonts w:ascii="B Nazanin" w:hAnsi="B Nazanin"/>
              <w:color w:val="3C3C3C"/>
              <w:sz w:val="19"/>
            </w:rPr>
            <w:t>-</w:t>
          </w:r>
          <w:r>
            <w:rPr>
              <w:rFonts w:ascii="B Nazanin" w:hAnsi="B Nazanin" w:cs="B Nazanin" w:hint="cs"/>
              <w:color w:val="3C3C3C"/>
              <w:sz w:val="19"/>
              <w:szCs w:val="19"/>
              <w:rtl/>
            </w:rPr>
            <w:t>0093</w:t>
          </w:r>
          <w:r w:rsidR="00641FAA">
            <w:rPr>
              <w:rFonts w:ascii="B Nazanin" w:hAnsi="B Nazanin"/>
              <w:color w:val="3C3C3C"/>
              <w:sz w:val="19"/>
            </w:rPr>
            <w:t xml:space="preserve">  |  </w:t>
          </w:r>
          <w:r>
            <w:rPr>
              <w:rFonts w:ascii="B Nazanin" w:hAnsi="B Nazanin" w:cs="B Nazanin" w:hint="cs"/>
              <w:color w:val="3C3C3C"/>
              <w:sz w:val="19"/>
              <w:szCs w:val="19"/>
              <w:rtl/>
            </w:rPr>
            <w:t>ایمیل</w:t>
          </w:r>
          <w:r w:rsidR="00F95E32">
            <w:rPr>
              <w:rFonts w:ascii="B Nazanin" w:hAnsi="B Nazanin" w:cs="B Nazanin" w:hint="cs"/>
              <w:color w:val="3C3C3C"/>
              <w:sz w:val="19"/>
              <w:szCs w:val="19"/>
              <w:rtl/>
            </w:rPr>
            <w:t xml:space="preserve"> </w:t>
          </w:r>
          <w:hyperlink r:id="rId1" w:history="1">
            <w:r w:rsidR="00F95E32" w:rsidRPr="003B67C6">
              <w:rPr>
                <w:rStyle w:val="Hyperlink"/>
                <w:rFonts w:cs="B Nazanin"/>
                <w:sz w:val="19"/>
                <w:szCs w:val="19"/>
              </w:rPr>
              <w:t>info@childfoundation.af</w:t>
            </w:r>
          </w:hyperlink>
          <w:r w:rsidR="00F95E32">
            <w:rPr>
              <w:rFonts w:cs="B Nazanin"/>
              <w:color w:val="3C3C3C"/>
              <w:sz w:val="19"/>
              <w:szCs w:val="19"/>
            </w:rPr>
            <w:t xml:space="preserve"> 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F12" w:rsidRDefault="00DC4F12">
      <w:pPr>
        <w:spacing w:after="0" w:line="240" w:lineRule="auto"/>
      </w:pPr>
      <w:r>
        <w:separator/>
      </w:r>
    </w:p>
  </w:footnote>
  <w:footnote w:type="continuationSeparator" w:id="0">
    <w:p w:rsidR="00DC4F12" w:rsidRDefault="00DC4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C06" w:rsidRDefault="0009155A">
    <w:pPr>
      <w:pStyle w:val="Header"/>
    </w:pPr>
    <w:r>
      <w:rPr>
        <w:rFonts w:ascii="B Nazanin" w:hAnsi="B Nazanin"/>
        <w:noProof/>
        <w:color w:val="1E1E1E"/>
        <w:sz w:val="20"/>
      </w:rPr>
      <w:drawing>
        <wp:anchor distT="0" distB="0" distL="114300" distR="114300" simplePos="0" relativeHeight="251664384" behindDoc="1" locked="0" layoutInCell="1" allowOverlap="1" wp14:anchorId="4E583F20" wp14:editId="2A7A86AB">
          <wp:simplePos x="0" y="0"/>
          <wp:positionH relativeFrom="column">
            <wp:posOffset>1999060</wp:posOffset>
          </wp:positionH>
          <wp:positionV relativeFrom="paragraph">
            <wp:posOffset>85600</wp:posOffset>
          </wp:positionV>
          <wp:extent cx="1629177" cy="587311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atsApp Image 2026-06-18 at 7.18.36 AM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177" cy="587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4802"/>
      <w:gridCol w:w="4802"/>
    </w:tblGrid>
    <w:tr w:rsidR="00952C06">
      <w:trPr>
        <w:jc w:val="center"/>
      </w:trPr>
      <w:tc>
        <w:tcPr>
          <w:tcW w:w="4802" w:type="dxa"/>
          <w:tcMar>
            <w:top w:w="120" w:type="dxa"/>
            <w:left w:w="100" w:type="dxa"/>
            <w:bottom w:w="120" w:type="dxa"/>
            <w:right w:w="100" w:type="dxa"/>
          </w:tcMar>
        </w:tcPr>
        <w:p w:rsidR="00952C06" w:rsidRPr="00531220" w:rsidRDefault="00641FAA" w:rsidP="002D720E">
          <w:r>
            <w:rPr>
              <w:rFonts w:ascii="B Nazanin" w:hAnsi="B Nazanin" w:cs="B Nazanin"/>
              <w:color w:val="1E1E1E"/>
              <w:sz w:val="20"/>
              <w:szCs w:val="20"/>
              <w:rtl/>
            </w:rPr>
            <w:t>شـماره</w:t>
          </w:r>
          <w:r>
            <w:rPr>
              <w:rFonts w:ascii="B Nazanin" w:hAnsi="B Nazanin"/>
              <w:color w:val="1E1E1E"/>
              <w:sz w:val="20"/>
            </w:rPr>
            <w:t xml:space="preserve"> :  </w:t>
          </w:r>
          <w:r w:rsidR="002D720E">
            <w:rPr>
              <w:rFonts w:ascii="Cambria" w:hAnsi="Cambria"/>
              <w:color w:val="1E1E1E"/>
              <w:sz w:val="20"/>
            </w:rPr>
            <w:t>PR-01</w:t>
          </w:r>
          <w:r>
            <w:rPr>
              <w:rFonts w:ascii="B Nazanin" w:hAnsi="B Nazanin"/>
              <w:color w:val="1E1E1E"/>
              <w:sz w:val="20"/>
            </w:rPr>
            <w:br/>
          </w:r>
          <w:r>
            <w:rPr>
              <w:rFonts w:ascii="B Nazanin" w:hAnsi="B Nazanin" w:cs="B Nazanin"/>
              <w:color w:val="1E1E1E"/>
              <w:sz w:val="20"/>
              <w:szCs w:val="20"/>
              <w:rtl/>
            </w:rPr>
            <w:t>تـاریخ</w:t>
          </w:r>
          <w:r w:rsidR="00545E1F">
            <w:rPr>
              <w:rFonts w:ascii="B Nazanin" w:hAnsi="B Nazanin"/>
              <w:color w:val="1E1E1E"/>
              <w:sz w:val="20"/>
            </w:rPr>
            <w:t xml:space="preserve"> : </w:t>
          </w:r>
          <w:r w:rsidR="002D720E">
            <w:rPr>
              <w:rFonts w:ascii="B Nazanin" w:hAnsi="B Nazanin"/>
              <w:color w:val="1E1E1E"/>
              <w:sz w:val="20"/>
              <w:lang w:bidi="prs-AF"/>
            </w:rPr>
            <w:t>2026/08/11</w:t>
          </w:r>
        </w:p>
      </w:tc>
      <w:tc>
        <w:tcPr>
          <w:tcW w:w="4802" w:type="dxa"/>
          <w:tcBorders>
            <w:right w:val="single" w:sz="36" w:space="0" w:color="721121"/>
          </w:tcBorders>
          <w:tcMar>
            <w:top w:w="120" w:type="dxa"/>
            <w:left w:w="100" w:type="dxa"/>
            <w:bottom w:w="120" w:type="dxa"/>
            <w:right w:w="100" w:type="dxa"/>
          </w:tcMar>
        </w:tcPr>
        <w:p w:rsidR="00952C06" w:rsidRDefault="0009155A" w:rsidP="0009155A">
          <w:pPr>
            <w:jc w:val="right"/>
          </w:pPr>
          <w:r>
            <w:rPr>
              <w:rFonts w:ascii="B Titr" w:hAnsi="B Titr" w:cs="Times New Roman" w:hint="cs"/>
              <w:b/>
              <w:bCs/>
              <w:color w:val="721121"/>
              <w:sz w:val="28"/>
              <w:szCs w:val="28"/>
              <w:rtl/>
              <w:lang w:bidi="prs-AF"/>
            </w:rPr>
            <w:t>موسسه همیار کودک</w:t>
          </w:r>
          <w:r w:rsidR="00641FAA">
            <w:rPr>
              <w:rFonts w:ascii="B Titr" w:hAnsi="B Titr"/>
              <w:b/>
              <w:color w:val="721121"/>
              <w:sz w:val="28"/>
            </w:rPr>
            <w:br/>
          </w:r>
          <w:r w:rsidRPr="005D1FEB">
            <w:rPr>
              <w:rFonts w:asciiTheme="majorBidi" w:hAnsiTheme="majorBidi" w:cstheme="majorBidi"/>
              <w:color w:val="6E6E6E"/>
              <w:sz w:val="19"/>
            </w:rPr>
            <w:t>Hamyar Organization for Child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452988"/>
    <w:multiLevelType w:val="hybridMultilevel"/>
    <w:tmpl w:val="86E0A87E"/>
    <w:lvl w:ilvl="0" w:tplc="8AB0F5A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569D2"/>
    <w:multiLevelType w:val="multilevel"/>
    <w:tmpl w:val="EDD0D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3B71E2"/>
    <w:multiLevelType w:val="hybridMultilevel"/>
    <w:tmpl w:val="072C8114"/>
    <w:lvl w:ilvl="0" w:tplc="547A529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2159C"/>
    <w:multiLevelType w:val="multilevel"/>
    <w:tmpl w:val="4B5A2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4863C5"/>
    <w:multiLevelType w:val="hybridMultilevel"/>
    <w:tmpl w:val="8ADC7DDA"/>
    <w:lvl w:ilvl="0" w:tplc="4F6E8BD2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9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106F"/>
    <w:rsid w:val="00025ABE"/>
    <w:rsid w:val="00034616"/>
    <w:rsid w:val="000469FE"/>
    <w:rsid w:val="0006063C"/>
    <w:rsid w:val="000615CA"/>
    <w:rsid w:val="0009155A"/>
    <w:rsid w:val="000953FF"/>
    <w:rsid w:val="000D4498"/>
    <w:rsid w:val="00100DDD"/>
    <w:rsid w:val="0015074B"/>
    <w:rsid w:val="001B5126"/>
    <w:rsid w:val="001B6D17"/>
    <w:rsid w:val="001D0080"/>
    <w:rsid w:val="0022378B"/>
    <w:rsid w:val="00257A14"/>
    <w:rsid w:val="00257E26"/>
    <w:rsid w:val="00261787"/>
    <w:rsid w:val="0026757B"/>
    <w:rsid w:val="0027751D"/>
    <w:rsid w:val="0029639D"/>
    <w:rsid w:val="002D5768"/>
    <w:rsid w:val="002D720E"/>
    <w:rsid w:val="002E7269"/>
    <w:rsid w:val="0032151C"/>
    <w:rsid w:val="00326F90"/>
    <w:rsid w:val="00400332"/>
    <w:rsid w:val="0051682C"/>
    <w:rsid w:val="00531220"/>
    <w:rsid w:val="00545E1F"/>
    <w:rsid w:val="005D1FEB"/>
    <w:rsid w:val="00641FAA"/>
    <w:rsid w:val="006909B6"/>
    <w:rsid w:val="006C1CED"/>
    <w:rsid w:val="0072423F"/>
    <w:rsid w:val="007570D5"/>
    <w:rsid w:val="007C7F8A"/>
    <w:rsid w:val="00825EA0"/>
    <w:rsid w:val="008630C4"/>
    <w:rsid w:val="00866992"/>
    <w:rsid w:val="00952C06"/>
    <w:rsid w:val="009A02BA"/>
    <w:rsid w:val="009A4039"/>
    <w:rsid w:val="00A65604"/>
    <w:rsid w:val="00A91D90"/>
    <w:rsid w:val="00AA1D8D"/>
    <w:rsid w:val="00B32076"/>
    <w:rsid w:val="00B47730"/>
    <w:rsid w:val="00BA6C37"/>
    <w:rsid w:val="00BC025B"/>
    <w:rsid w:val="00C1616B"/>
    <w:rsid w:val="00C72923"/>
    <w:rsid w:val="00C825A4"/>
    <w:rsid w:val="00C85AAB"/>
    <w:rsid w:val="00C873ED"/>
    <w:rsid w:val="00CB0664"/>
    <w:rsid w:val="00CE735C"/>
    <w:rsid w:val="00CF7A8B"/>
    <w:rsid w:val="00D446B0"/>
    <w:rsid w:val="00D932A5"/>
    <w:rsid w:val="00DC4F12"/>
    <w:rsid w:val="00E768D8"/>
    <w:rsid w:val="00ED417F"/>
    <w:rsid w:val="00F713EE"/>
    <w:rsid w:val="00F95E32"/>
    <w:rsid w:val="00FC693F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A3BEE4"/>
  <w14:defaultImageDpi w14:val="300"/>
  <w15:docId w15:val="{CD5AD94E-1FEA-4E9F-8CEE-7C8FB003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09155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A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sselectedend">
    <w:name w:val="isselectedend"/>
    <w:basedOn w:val="Normal"/>
    <w:rsid w:val="0026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6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hildfoundation.a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FB72E6-BABA-49BC-8949-6E26C497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Zia</cp:lastModifiedBy>
  <cp:revision>34</cp:revision>
  <dcterms:created xsi:type="dcterms:W3CDTF">2026-06-22T07:54:00Z</dcterms:created>
  <dcterms:modified xsi:type="dcterms:W3CDTF">2026-08-11T17:54:00Z</dcterms:modified>
  <cp:category/>
</cp:coreProperties>
</file>